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D50"/>
          <w:sz w:val="28"/>
        </w:rPr>
        <w:t>2nd NAO Conclave 2026 — Abstract Submission Template</w:t>
      </w:r>
    </w:p>
    <w:p>
      <w:pPr>
        <w:jc w:val="center"/>
      </w:pPr>
      <w:r>
        <w:rPr>
          <w:i/>
          <w:color w:val="666666"/>
          <w:sz w:val="18"/>
        </w:rPr>
        <w:t>Maximum 300 words. Submit in English only. Structure your abstract under the headings below.</w:t>
      </w:r>
    </w:p>
    <w:p/>
    <w:p>
      <w:r>
        <w:rPr>
          <w:b/>
        </w:rPr>
        <w:t xml:space="preserve">Category: </w:t>
      </w:r>
      <w:r>
        <w:rPr>
          <w:i/>
        </w:rPr>
        <w:t>(Free Paper / E-Poster / Award Paper)</w:t>
      </w:r>
    </w:p>
    <w:p>
      <w:r>
        <w:rPr>
          <w:b/>
        </w:rPr>
        <w:t xml:space="preserve">Title: </w:t>
      </w:r>
      <w:r>
        <w:rPr>
          <w:i/>
        </w:rPr>
        <w:t>(concise and informative)</w:t>
      </w:r>
    </w:p>
    <w:p>
      <w:r>
        <w:rPr>
          <w:b/>
        </w:rPr>
        <w:t xml:space="preserve">Presenting Author: </w:t>
      </w:r>
      <w:r>
        <w:rPr>
          <w:i/>
        </w:rPr>
      </w:r>
    </w:p>
    <w:p>
      <w:r>
        <w:rPr>
          <w:b/>
        </w:rPr>
        <w:t xml:space="preserve">Co-authors: </w:t>
      </w:r>
      <w:r>
        <w:rPr>
          <w:i/>
        </w:rPr>
      </w:r>
    </w:p>
    <w:p>
      <w:r>
        <w:rPr>
          <w:b/>
        </w:rPr>
        <w:t xml:space="preserve">Department &amp; Institution: </w:t>
      </w:r>
      <w:r>
        <w:rPr>
          <w:i/>
        </w:rPr>
      </w:r>
    </w:p>
    <w:p>
      <w:r>
        <w:rPr>
          <w:b/>
        </w:rPr>
        <w:t xml:space="preserve">Corresponding Author Email: </w:t>
      </w:r>
      <w:r>
        <w:rPr>
          <w:i/>
        </w:rPr>
      </w:r>
    </w:p>
    <w:p>
      <w:r>
        <w:rPr>
          <w:b/>
        </w:rPr>
        <w:t xml:space="preserve">Corresponding Author Mobile: </w:t>
      </w:r>
      <w:r>
        <w:rPr>
          <w:i/>
        </w:rPr>
      </w:r>
    </w:p>
    <w:p>
      <w:r>
        <w:rPr>
          <w:b/>
        </w:rPr>
        <w:t xml:space="preserve">NAO Membership No.: </w:t>
      </w:r>
      <w:r>
        <w:rPr>
          <w:i/>
        </w:rPr>
        <w:t>(if applicable)</w:t>
      </w:r>
    </w:p>
    <w:p/>
    <w:p>
      <w:r>
        <w:rPr>
          <w:b/>
          <w:color w:val="1A2D50"/>
        </w:rPr>
        <w:t>ABSTRACT BODY (max 300 words)</w:t>
      </w:r>
    </w:p>
    <w:p>
      <w:r>
        <w:rPr>
          <w:b/>
        </w:rPr>
        <w:t>Background &amp; Aims</w:t>
      </w:r>
    </w:p>
    <w:p>
      <w:r>
        <w:t>[ Write here... ]</w:t>
      </w:r>
    </w:p>
    <w:p>
      <w:r>
        <w:rPr>
          <w:b/>
        </w:rPr>
        <w:t>Materials &amp; Methods / Methodology</w:t>
      </w:r>
    </w:p>
    <w:p>
      <w:r>
        <w:t>[ Write here... ]</w:t>
      </w:r>
    </w:p>
    <w:p>
      <w:r>
        <w:rPr>
          <w:b/>
        </w:rPr>
        <w:t>Results</w:t>
      </w:r>
    </w:p>
    <w:p>
      <w:r>
        <w:t>[ Write here... ]</w:t>
      </w:r>
    </w:p>
    <w:p>
      <w:r>
        <w:rPr>
          <w:b/>
        </w:rPr>
        <w:t>Discussion</w:t>
      </w:r>
    </w:p>
    <w:p>
      <w:r>
        <w:t>[ Write here... ]</w:t>
      </w:r>
    </w:p>
    <w:p>
      <w:r>
        <w:rPr>
          <w:b/>
        </w:rPr>
        <w:t>Conclusion</w:t>
      </w:r>
    </w:p>
    <w:p>
      <w:r>
        <w:t>[ Write here... 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